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8A398" w14:textId="77777777" w:rsidR="00FD6742" w:rsidRDefault="00B25893">
      <w:pPr>
        <w:pStyle w:val="Nadpis1"/>
      </w:pPr>
      <w:r>
        <w:t>Rozpočet – prehľad položiek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2268"/>
        <w:gridCol w:w="6368"/>
        <w:gridCol w:w="1096"/>
        <w:gridCol w:w="1377"/>
        <w:gridCol w:w="830"/>
        <w:gridCol w:w="1669"/>
      </w:tblGrid>
      <w:tr w:rsidR="00B25893" w14:paraId="0979BE6F" w14:textId="77777777" w:rsidTr="00B25893">
        <w:tc>
          <w:tcPr>
            <w:tcW w:w="2268" w:type="dxa"/>
            <w:tcBorders>
              <w:bottom w:val="single" w:sz="4" w:space="0" w:color="auto"/>
            </w:tcBorders>
          </w:tcPr>
          <w:p w14:paraId="04653A1F" w14:textId="77777777" w:rsidR="00B25893" w:rsidRDefault="00B25893"/>
        </w:tc>
        <w:tc>
          <w:tcPr>
            <w:tcW w:w="6368" w:type="dxa"/>
            <w:tcBorders>
              <w:bottom w:val="single" w:sz="4" w:space="0" w:color="auto"/>
            </w:tcBorders>
          </w:tcPr>
          <w:p w14:paraId="78BCA771" w14:textId="77777777" w:rsidR="00B25893" w:rsidRDefault="00B25893"/>
        </w:tc>
        <w:tc>
          <w:tcPr>
            <w:tcW w:w="1096" w:type="dxa"/>
            <w:tcBorders>
              <w:bottom w:val="single" w:sz="4" w:space="0" w:color="auto"/>
            </w:tcBorders>
          </w:tcPr>
          <w:p w14:paraId="3A735FCC" w14:textId="5FFFF090" w:rsidR="00B25893" w:rsidRDefault="00B25893"/>
        </w:tc>
        <w:tc>
          <w:tcPr>
            <w:tcW w:w="1377" w:type="dxa"/>
            <w:tcBorders>
              <w:bottom w:val="single" w:sz="4" w:space="0" w:color="auto"/>
            </w:tcBorders>
          </w:tcPr>
          <w:p w14:paraId="772EF936" w14:textId="77777777" w:rsidR="00B25893" w:rsidRDefault="00B25893"/>
        </w:tc>
        <w:tc>
          <w:tcPr>
            <w:tcW w:w="830" w:type="dxa"/>
            <w:tcBorders>
              <w:bottom w:val="single" w:sz="4" w:space="0" w:color="auto"/>
            </w:tcBorders>
          </w:tcPr>
          <w:p w14:paraId="601B803B" w14:textId="77777777" w:rsidR="00B25893" w:rsidRDefault="00B25893"/>
        </w:tc>
        <w:tc>
          <w:tcPr>
            <w:tcW w:w="1669" w:type="dxa"/>
            <w:tcBorders>
              <w:bottom w:val="single" w:sz="4" w:space="0" w:color="auto"/>
            </w:tcBorders>
          </w:tcPr>
          <w:p w14:paraId="6A02D386" w14:textId="77777777" w:rsidR="00B25893" w:rsidRDefault="00B25893"/>
        </w:tc>
      </w:tr>
      <w:tr w:rsidR="00B25893" w14:paraId="060922B0" w14:textId="77777777" w:rsidTr="00B2589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B5A61" w14:textId="32A4CE4B" w:rsidR="00B25893" w:rsidRDefault="00B25893" w:rsidP="00B25893">
            <w:pPr>
              <w:spacing w:line="240" w:lineRule="auto"/>
            </w:pPr>
            <w:r>
              <w:t>P. č.</w:t>
            </w:r>
          </w:p>
        </w:tc>
        <w:tc>
          <w:tcPr>
            <w:tcW w:w="6368" w:type="dxa"/>
            <w:tcBorders>
              <w:top w:val="single" w:sz="4" w:space="0" w:color="auto"/>
              <w:bottom w:val="single" w:sz="4" w:space="0" w:color="auto"/>
            </w:tcBorders>
          </w:tcPr>
          <w:p w14:paraId="0EE3CF17" w14:textId="4EE486C8" w:rsidR="00B25893" w:rsidRDefault="00B25893" w:rsidP="00B25893">
            <w:pPr>
              <w:spacing w:line="240" w:lineRule="auto"/>
            </w:pPr>
            <w:proofErr w:type="spellStart"/>
            <w:r>
              <w:t>Názov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FB9A" w14:textId="78707FCD" w:rsidR="00B25893" w:rsidRDefault="00B25893" w:rsidP="00B25893">
            <w:pPr>
              <w:spacing w:line="240" w:lineRule="auto"/>
            </w:pPr>
            <w:proofErr w:type="spellStart"/>
            <w:r>
              <w:t>Počet</w:t>
            </w:r>
            <w:proofErr w:type="spellEnd"/>
            <w:r>
              <w:t xml:space="preserve"> </w:t>
            </w:r>
            <w:proofErr w:type="spellStart"/>
            <w:r>
              <w:t>ks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1DEA" w14:textId="10E91EE6" w:rsidR="00B25893" w:rsidRDefault="00B25893" w:rsidP="00B25893">
            <w:pPr>
              <w:spacing w:line="240" w:lineRule="auto"/>
            </w:pPr>
            <w:proofErr w:type="spellStart"/>
            <w:r>
              <w:t>Jedn</w:t>
            </w:r>
            <w:proofErr w:type="spellEnd"/>
            <w:r>
              <w:t xml:space="preserve">. </w:t>
            </w:r>
            <w:proofErr w:type="spellStart"/>
            <w:proofErr w:type="gramStart"/>
            <w:r>
              <w:t>cena</w:t>
            </w:r>
            <w:proofErr w:type="spellEnd"/>
            <w:r>
              <w:t xml:space="preserve">  s</w:t>
            </w:r>
            <w:proofErr w:type="gramEnd"/>
            <w:r>
              <w:t xml:space="preserve"> DPH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3AC0" w14:textId="77777777" w:rsidR="00B25893" w:rsidRDefault="00B25893" w:rsidP="00B25893">
            <w:pPr>
              <w:spacing w:line="240" w:lineRule="auto"/>
            </w:pPr>
            <w:r>
              <w:t>DPH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C4C54" w14:textId="77777777" w:rsidR="00B25893" w:rsidRDefault="00B25893" w:rsidP="00B25893">
            <w:pPr>
              <w:spacing w:line="240" w:lineRule="auto"/>
            </w:pPr>
            <w:proofErr w:type="spellStart"/>
            <w:r>
              <w:t>Celkom</w:t>
            </w:r>
            <w:proofErr w:type="spellEnd"/>
            <w:r>
              <w:t xml:space="preserve"> </w:t>
            </w:r>
            <w:proofErr w:type="spellStart"/>
            <w:r>
              <w:t>vrátane</w:t>
            </w:r>
            <w:proofErr w:type="spellEnd"/>
            <w:r>
              <w:t xml:space="preserve"> DPH</w:t>
            </w:r>
          </w:p>
        </w:tc>
      </w:tr>
      <w:tr w:rsidR="00B25893" w14:paraId="512ACA9E" w14:textId="77777777" w:rsidTr="00B2589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6AC8" w14:textId="778AEFEE" w:rsidR="00B25893" w:rsidRDefault="00B25893" w:rsidP="00B25893">
            <w:pPr>
              <w:spacing w:line="240" w:lineRule="auto"/>
            </w:pPr>
            <w:r>
              <w:t>1</w:t>
            </w:r>
          </w:p>
        </w:tc>
        <w:tc>
          <w:tcPr>
            <w:tcW w:w="6368" w:type="dxa"/>
            <w:tcBorders>
              <w:top w:val="single" w:sz="4" w:space="0" w:color="auto"/>
              <w:bottom w:val="single" w:sz="4" w:space="0" w:color="auto"/>
            </w:tcBorders>
          </w:tcPr>
          <w:p w14:paraId="28CB22F2" w14:textId="51296CC8" w:rsidR="00B25893" w:rsidRDefault="00B25893" w:rsidP="00B25893">
            <w:pPr>
              <w:spacing w:line="240" w:lineRule="auto"/>
            </w:pPr>
            <w:proofErr w:type="spellStart"/>
            <w:r>
              <w:t>Triedna</w:t>
            </w:r>
            <w:proofErr w:type="spellEnd"/>
            <w:r>
              <w:t xml:space="preserve"> </w:t>
            </w:r>
            <w:proofErr w:type="spellStart"/>
            <w:r>
              <w:t>sada</w:t>
            </w:r>
            <w:proofErr w:type="spellEnd"/>
            <w:r>
              <w:t xml:space="preserve"> </w:t>
            </w:r>
            <w:proofErr w:type="spellStart"/>
            <w:r>
              <w:t>nástenných</w:t>
            </w:r>
            <w:proofErr w:type="spellEnd"/>
            <w:r>
              <w:t xml:space="preserve"> enviro </w:t>
            </w:r>
            <w:proofErr w:type="spellStart"/>
            <w:r>
              <w:t>tabúľ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158FD" w14:textId="548C6352" w:rsidR="00B25893" w:rsidRDefault="00B25893" w:rsidP="00B25893">
            <w:pPr>
              <w:spacing w:line="240" w:lineRule="auto"/>
            </w:pPr>
            <w:r>
              <w:t>2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FD60C" w14:textId="21E92A9D" w:rsidR="00B25893" w:rsidRDefault="00B25893" w:rsidP="00B25893">
            <w:pPr>
              <w:spacing w:line="240" w:lineRule="auto"/>
            </w:pPr>
            <w:r>
              <w:t>369,00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3792D" w14:textId="54230904" w:rsidR="00B25893" w:rsidRDefault="00B25893" w:rsidP="00B25893">
            <w:pPr>
              <w:spacing w:line="240" w:lineRule="auto"/>
            </w:pPr>
            <w:r>
              <w:t>23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0B35" w14:textId="39762520" w:rsidR="00B25893" w:rsidRDefault="00B25893" w:rsidP="00B25893">
            <w:pPr>
              <w:spacing w:line="240" w:lineRule="auto"/>
            </w:pPr>
            <w:r>
              <w:t>738,00</w:t>
            </w:r>
          </w:p>
        </w:tc>
      </w:tr>
      <w:tr w:rsidR="00B25893" w14:paraId="6FFB3D78" w14:textId="77777777" w:rsidTr="00B2589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BEB7C" w14:textId="282371C0" w:rsidR="00B25893" w:rsidRDefault="00B25893" w:rsidP="00B25893">
            <w:pPr>
              <w:spacing w:line="240" w:lineRule="auto"/>
            </w:pPr>
            <w:r>
              <w:t>2</w:t>
            </w:r>
          </w:p>
        </w:tc>
        <w:tc>
          <w:tcPr>
            <w:tcW w:w="6368" w:type="dxa"/>
            <w:tcBorders>
              <w:top w:val="single" w:sz="4" w:space="0" w:color="auto"/>
              <w:bottom w:val="single" w:sz="4" w:space="0" w:color="auto"/>
            </w:tcBorders>
          </w:tcPr>
          <w:p w14:paraId="239C3C26" w14:textId="47D1B2C2" w:rsidR="00B25893" w:rsidRDefault="00B25893" w:rsidP="00B25893">
            <w:pPr>
              <w:spacing w:line="240" w:lineRule="auto"/>
            </w:pPr>
            <w:r>
              <w:t xml:space="preserve">SW enviro, </w:t>
            </w:r>
            <w:proofErr w:type="spellStart"/>
            <w:r>
              <w:t>ekológia</w:t>
            </w:r>
            <w:proofErr w:type="spellEnd"/>
            <w:r>
              <w:t xml:space="preserve"> a </w:t>
            </w:r>
            <w:proofErr w:type="spellStart"/>
            <w:r>
              <w:t>životné</w:t>
            </w:r>
            <w:proofErr w:type="spellEnd"/>
            <w:r>
              <w:t xml:space="preserve"> </w:t>
            </w:r>
            <w:proofErr w:type="spellStart"/>
            <w:r>
              <w:t>prostredie</w:t>
            </w:r>
            <w:proofErr w:type="spellEnd"/>
            <w:r>
              <w:t xml:space="preserve"> + </w:t>
            </w:r>
            <w:proofErr w:type="spellStart"/>
            <w:r>
              <w:t>zbierka</w:t>
            </w:r>
            <w:proofErr w:type="spellEnd"/>
            <w:r>
              <w:t xml:space="preserve"> </w:t>
            </w:r>
            <w:proofErr w:type="spellStart"/>
            <w:r>
              <w:t>aktivít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5D6F3" w14:textId="140875CF" w:rsidR="00B25893" w:rsidRDefault="00B25893" w:rsidP="00B25893">
            <w:pPr>
              <w:spacing w:line="240" w:lineRule="auto"/>
            </w:pPr>
            <w:r>
              <w:t>2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41F7E" w14:textId="67C33363" w:rsidR="00B25893" w:rsidRDefault="00B25893" w:rsidP="00B25893">
            <w:pPr>
              <w:spacing w:line="240" w:lineRule="auto"/>
            </w:pPr>
            <w:r>
              <w:t>479,70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8D7F3" w14:textId="523499BF" w:rsidR="00B25893" w:rsidRDefault="00B25893" w:rsidP="00B25893">
            <w:pPr>
              <w:spacing w:line="240" w:lineRule="auto"/>
            </w:pPr>
            <w:r>
              <w:t>23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A340A" w14:textId="2BEFAF9E" w:rsidR="00B25893" w:rsidRDefault="00B25893" w:rsidP="00B25893">
            <w:pPr>
              <w:spacing w:line="240" w:lineRule="auto"/>
            </w:pPr>
            <w:r>
              <w:t>959,40</w:t>
            </w:r>
          </w:p>
        </w:tc>
      </w:tr>
      <w:tr w:rsidR="00B25893" w14:paraId="6066B492" w14:textId="77777777" w:rsidTr="00B2589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21CA2" w14:textId="72CFA8FD" w:rsidR="00B25893" w:rsidRDefault="00B25893" w:rsidP="00B25893">
            <w:pPr>
              <w:spacing w:line="240" w:lineRule="auto"/>
            </w:pPr>
            <w:r>
              <w:t>3</w:t>
            </w:r>
          </w:p>
        </w:tc>
        <w:tc>
          <w:tcPr>
            <w:tcW w:w="6368" w:type="dxa"/>
            <w:tcBorders>
              <w:top w:val="single" w:sz="4" w:space="0" w:color="auto"/>
              <w:bottom w:val="single" w:sz="4" w:space="0" w:color="auto"/>
            </w:tcBorders>
          </w:tcPr>
          <w:p w14:paraId="42393519" w14:textId="451E104B" w:rsidR="00B25893" w:rsidRDefault="00B25893" w:rsidP="00B25893">
            <w:pPr>
              <w:spacing w:line="240" w:lineRule="auto"/>
            </w:pPr>
            <w:proofErr w:type="spellStart"/>
            <w:r>
              <w:t>Ekologická</w:t>
            </w:r>
            <w:proofErr w:type="spellEnd"/>
            <w:r>
              <w:t xml:space="preserve"> </w:t>
            </w:r>
            <w:proofErr w:type="spellStart"/>
            <w:r>
              <w:t>sada</w:t>
            </w:r>
            <w:proofErr w:type="spellEnd"/>
            <w:r>
              <w:t xml:space="preserve"> s </w:t>
            </w:r>
            <w:proofErr w:type="spellStart"/>
            <w:r>
              <w:t>príslušenstvom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2606" w14:textId="3BBC4F41" w:rsidR="00B25893" w:rsidRDefault="00B25893" w:rsidP="00B25893">
            <w:pPr>
              <w:spacing w:line="240" w:lineRule="auto"/>
            </w:pPr>
            <w:r>
              <w:t>1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CB6B5" w14:textId="120CB720" w:rsidR="00B25893" w:rsidRDefault="00B25893" w:rsidP="00B25893">
            <w:pPr>
              <w:spacing w:line="240" w:lineRule="auto"/>
            </w:pPr>
            <w:r>
              <w:t>571,95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A016A" w14:textId="46ADD4F3" w:rsidR="00B25893" w:rsidRDefault="00B25893" w:rsidP="00B25893">
            <w:pPr>
              <w:spacing w:line="240" w:lineRule="auto"/>
            </w:pPr>
            <w:r>
              <w:t>23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B58D" w14:textId="66CB7336" w:rsidR="00B25893" w:rsidRDefault="00B25893" w:rsidP="00B25893">
            <w:pPr>
              <w:spacing w:line="240" w:lineRule="auto"/>
            </w:pPr>
            <w:r>
              <w:t>571,95</w:t>
            </w:r>
          </w:p>
        </w:tc>
      </w:tr>
      <w:tr w:rsidR="00B25893" w14:paraId="1507FD78" w14:textId="77777777" w:rsidTr="00B2589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276B" w14:textId="2392F4BD" w:rsidR="00B25893" w:rsidRDefault="00B25893" w:rsidP="00B25893">
            <w:pPr>
              <w:spacing w:line="240" w:lineRule="auto"/>
            </w:pPr>
            <w:r>
              <w:t>4</w:t>
            </w:r>
          </w:p>
        </w:tc>
        <w:tc>
          <w:tcPr>
            <w:tcW w:w="6368" w:type="dxa"/>
            <w:tcBorders>
              <w:top w:val="single" w:sz="4" w:space="0" w:color="auto"/>
              <w:bottom w:val="single" w:sz="4" w:space="0" w:color="auto"/>
            </w:tcBorders>
          </w:tcPr>
          <w:p w14:paraId="2CEFC31D" w14:textId="4F8F0228" w:rsidR="00B25893" w:rsidRDefault="00B25893" w:rsidP="00B25893">
            <w:pPr>
              <w:spacing w:line="240" w:lineRule="auto"/>
            </w:pPr>
            <w:r>
              <w:t xml:space="preserve">Sada </w:t>
            </w:r>
            <w:proofErr w:type="spellStart"/>
            <w:r>
              <w:t>Nakladanie</w:t>
            </w:r>
            <w:proofErr w:type="spellEnd"/>
            <w:r>
              <w:t xml:space="preserve"> s </w:t>
            </w:r>
            <w:proofErr w:type="spellStart"/>
            <w:r>
              <w:t>odpadmi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20AA" w14:textId="27B6DAAC" w:rsidR="00B25893" w:rsidRDefault="00B25893" w:rsidP="00B25893">
            <w:pPr>
              <w:spacing w:line="240" w:lineRule="auto"/>
            </w:pPr>
            <w:r>
              <w:t>1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1012" w14:textId="48AA131E" w:rsidR="00B25893" w:rsidRDefault="00B25893" w:rsidP="00B25893">
            <w:pPr>
              <w:spacing w:line="240" w:lineRule="auto"/>
            </w:pPr>
            <w:r>
              <w:t>1814,25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5530" w14:textId="4A650BB6" w:rsidR="00B25893" w:rsidRDefault="00B25893" w:rsidP="00B25893">
            <w:pPr>
              <w:spacing w:line="240" w:lineRule="auto"/>
            </w:pPr>
            <w:r>
              <w:t>23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BE07" w14:textId="4C6C9A79" w:rsidR="00B25893" w:rsidRDefault="00B25893" w:rsidP="00B25893">
            <w:pPr>
              <w:spacing w:line="240" w:lineRule="auto"/>
            </w:pPr>
            <w:r>
              <w:t>1814,25</w:t>
            </w:r>
          </w:p>
        </w:tc>
      </w:tr>
      <w:tr w:rsidR="00B25893" w14:paraId="5EAE0ADE" w14:textId="77777777" w:rsidTr="00B2589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39FC9" w14:textId="57C3AFD4" w:rsidR="00B25893" w:rsidRDefault="00B25893" w:rsidP="00B25893">
            <w:pPr>
              <w:spacing w:line="240" w:lineRule="auto"/>
            </w:pPr>
            <w:r>
              <w:t>5</w:t>
            </w:r>
          </w:p>
        </w:tc>
        <w:tc>
          <w:tcPr>
            <w:tcW w:w="6368" w:type="dxa"/>
            <w:tcBorders>
              <w:top w:val="single" w:sz="4" w:space="0" w:color="auto"/>
              <w:bottom w:val="single" w:sz="4" w:space="0" w:color="auto"/>
            </w:tcBorders>
          </w:tcPr>
          <w:p w14:paraId="457EFF3D" w14:textId="1C84C64A" w:rsidR="00B25893" w:rsidRDefault="00B25893" w:rsidP="00B25893">
            <w:pPr>
              <w:spacing w:line="240" w:lineRule="auto"/>
            </w:pPr>
            <w:r>
              <w:t xml:space="preserve">Sada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znázornenie</w:t>
            </w:r>
            <w:proofErr w:type="spellEnd"/>
            <w:r>
              <w:t xml:space="preserve"> </w:t>
            </w:r>
            <w:proofErr w:type="spellStart"/>
            <w:r>
              <w:t>zdrojov</w:t>
            </w:r>
            <w:proofErr w:type="spellEnd"/>
            <w:r>
              <w:t xml:space="preserve"> </w:t>
            </w:r>
            <w:proofErr w:type="spellStart"/>
            <w:r>
              <w:t>obnoviteľnej</w:t>
            </w:r>
            <w:proofErr w:type="spellEnd"/>
            <w:r>
              <w:t xml:space="preserve"> </w:t>
            </w:r>
            <w:proofErr w:type="spellStart"/>
            <w:r>
              <w:t>energie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CEE4" w14:textId="051D0615" w:rsidR="00B25893" w:rsidRDefault="00B25893" w:rsidP="00B25893">
            <w:pPr>
              <w:spacing w:line="240" w:lineRule="auto"/>
            </w:pPr>
            <w:r>
              <w:t>1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D7D2" w14:textId="44554151" w:rsidR="00B25893" w:rsidRDefault="00B25893" w:rsidP="00B25893">
            <w:pPr>
              <w:spacing w:line="240" w:lineRule="auto"/>
            </w:pPr>
            <w:r>
              <w:t>1585,47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68B5" w14:textId="242CB62E" w:rsidR="00B25893" w:rsidRDefault="00B25893" w:rsidP="00B25893">
            <w:pPr>
              <w:spacing w:line="240" w:lineRule="auto"/>
            </w:pPr>
            <w:r>
              <w:t>23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FA948" w14:textId="41AB5D19" w:rsidR="00B25893" w:rsidRDefault="00B25893" w:rsidP="00B25893">
            <w:pPr>
              <w:spacing w:line="240" w:lineRule="auto"/>
            </w:pPr>
            <w:r>
              <w:t>1585,47</w:t>
            </w:r>
          </w:p>
        </w:tc>
      </w:tr>
      <w:tr w:rsidR="00B25893" w14:paraId="33CF05BE" w14:textId="77777777" w:rsidTr="00B2589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CD13" w14:textId="093D4890" w:rsidR="00B25893" w:rsidRDefault="00B25893" w:rsidP="00B25893">
            <w:pPr>
              <w:spacing w:line="240" w:lineRule="auto"/>
            </w:pPr>
            <w:r>
              <w:t>6</w:t>
            </w:r>
          </w:p>
        </w:tc>
        <w:tc>
          <w:tcPr>
            <w:tcW w:w="6368" w:type="dxa"/>
            <w:tcBorders>
              <w:top w:val="single" w:sz="4" w:space="0" w:color="auto"/>
              <w:bottom w:val="single" w:sz="4" w:space="0" w:color="auto"/>
            </w:tcBorders>
          </w:tcPr>
          <w:p w14:paraId="4813A18E" w14:textId="1F677DFA" w:rsidR="00B25893" w:rsidRDefault="00B25893" w:rsidP="00B25893">
            <w:pPr>
              <w:spacing w:line="240" w:lineRule="auto"/>
            </w:pPr>
            <w:proofErr w:type="spellStart"/>
            <w:r>
              <w:t>Školský</w:t>
            </w:r>
            <w:proofErr w:type="spellEnd"/>
            <w:r>
              <w:t xml:space="preserve"> </w:t>
            </w:r>
            <w:proofErr w:type="spellStart"/>
            <w:r>
              <w:t>mikroskop</w:t>
            </w:r>
            <w:proofErr w:type="spellEnd"/>
            <w:r>
              <w:t xml:space="preserve"> </w:t>
            </w:r>
            <w:proofErr w:type="spellStart"/>
            <w:r>
              <w:t>žiacky</w:t>
            </w:r>
            <w:proofErr w:type="spellEnd"/>
            <w:r>
              <w:t xml:space="preserve"> s príslušenstvom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F375C" w14:textId="34129610" w:rsidR="00B25893" w:rsidRDefault="00B25893" w:rsidP="00B25893">
            <w:pPr>
              <w:spacing w:line="240" w:lineRule="auto"/>
            </w:pPr>
            <w:r>
              <w:t>2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B75A6" w14:textId="50DAB1FB" w:rsidR="00B25893" w:rsidRDefault="00B25893" w:rsidP="00B25893">
            <w:pPr>
              <w:spacing w:line="240" w:lineRule="auto"/>
            </w:pPr>
            <w:r>
              <w:t>325,95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481C" w14:textId="0E7D12A1" w:rsidR="00B25893" w:rsidRDefault="00B25893" w:rsidP="00B25893">
            <w:pPr>
              <w:spacing w:line="240" w:lineRule="auto"/>
            </w:pPr>
            <w:r>
              <w:t>23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7E66" w14:textId="7B6A352A" w:rsidR="00B25893" w:rsidRDefault="00B25893" w:rsidP="00B25893">
            <w:pPr>
              <w:spacing w:line="240" w:lineRule="auto"/>
            </w:pPr>
            <w:r>
              <w:t>651,90</w:t>
            </w:r>
          </w:p>
        </w:tc>
      </w:tr>
      <w:tr w:rsidR="00B25893" w14:paraId="6DFF0CAE" w14:textId="77777777" w:rsidTr="00B2589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1913" w14:textId="0F15690C" w:rsidR="00B25893" w:rsidRDefault="00B25893" w:rsidP="00B25893">
            <w:pPr>
              <w:spacing w:line="240" w:lineRule="auto"/>
            </w:pPr>
            <w:r>
              <w:t>7</w:t>
            </w:r>
          </w:p>
        </w:tc>
        <w:tc>
          <w:tcPr>
            <w:tcW w:w="6368" w:type="dxa"/>
            <w:tcBorders>
              <w:top w:val="single" w:sz="4" w:space="0" w:color="auto"/>
              <w:bottom w:val="single" w:sz="4" w:space="0" w:color="auto"/>
            </w:tcBorders>
          </w:tcPr>
          <w:p w14:paraId="39CCA2FF" w14:textId="6293F1E5" w:rsidR="00B25893" w:rsidRDefault="00B25893" w:rsidP="00B25893">
            <w:pPr>
              <w:spacing w:line="240" w:lineRule="auto"/>
            </w:pPr>
            <w:proofErr w:type="spellStart"/>
            <w:r>
              <w:t>Mikroskop</w:t>
            </w:r>
            <w:proofErr w:type="spellEnd"/>
            <w:r>
              <w:t xml:space="preserve"> </w:t>
            </w:r>
            <w:proofErr w:type="spellStart"/>
            <w:r>
              <w:t>učiteľský</w:t>
            </w:r>
            <w:proofErr w:type="spellEnd"/>
            <w:r>
              <w:t xml:space="preserve"> s </w:t>
            </w:r>
            <w:proofErr w:type="spellStart"/>
            <w:r>
              <w:t>displejom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B994" w14:textId="342991D7" w:rsidR="00B25893" w:rsidRDefault="00B25893" w:rsidP="00B25893">
            <w:pPr>
              <w:spacing w:line="240" w:lineRule="auto"/>
            </w:pPr>
            <w:r>
              <w:t>1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E4E24" w14:textId="1F0FB74E" w:rsidR="00B25893" w:rsidRDefault="00B25893" w:rsidP="00B25893">
            <w:pPr>
              <w:spacing w:line="240" w:lineRule="auto"/>
            </w:pPr>
            <w:r>
              <w:t>596,55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879B8" w14:textId="13226140" w:rsidR="00B25893" w:rsidRDefault="00B25893" w:rsidP="00B25893">
            <w:pPr>
              <w:spacing w:line="240" w:lineRule="auto"/>
            </w:pPr>
            <w:r>
              <w:t>23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B0295" w14:textId="0D062CBF" w:rsidR="00B25893" w:rsidRDefault="00B25893" w:rsidP="00B25893">
            <w:pPr>
              <w:spacing w:line="240" w:lineRule="auto"/>
            </w:pPr>
            <w:r>
              <w:t>596,55</w:t>
            </w:r>
          </w:p>
        </w:tc>
      </w:tr>
      <w:tr w:rsidR="00B25893" w14:paraId="0CA67051" w14:textId="77777777" w:rsidTr="00B2589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6778" w14:textId="436BB5B2" w:rsidR="00B25893" w:rsidRDefault="00B25893" w:rsidP="00B25893">
            <w:pPr>
              <w:spacing w:line="240" w:lineRule="auto"/>
            </w:pPr>
            <w:r>
              <w:t>8</w:t>
            </w:r>
          </w:p>
        </w:tc>
        <w:tc>
          <w:tcPr>
            <w:tcW w:w="6368" w:type="dxa"/>
            <w:tcBorders>
              <w:top w:val="single" w:sz="4" w:space="0" w:color="auto"/>
              <w:bottom w:val="single" w:sz="4" w:space="0" w:color="auto"/>
            </w:tcBorders>
          </w:tcPr>
          <w:p w14:paraId="6484D9AA" w14:textId="790314D5" w:rsidR="00B25893" w:rsidRDefault="00B25893" w:rsidP="00B25893">
            <w:pPr>
              <w:spacing w:line="240" w:lineRule="auto"/>
            </w:pPr>
            <w:proofErr w:type="spellStart"/>
            <w:r>
              <w:t>Interaktívny</w:t>
            </w:r>
            <w:proofErr w:type="spellEnd"/>
            <w:r>
              <w:t xml:space="preserve"> </w:t>
            </w:r>
            <w:proofErr w:type="spellStart"/>
            <w:r>
              <w:t>displej</w:t>
            </w:r>
            <w:proofErr w:type="spellEnd"/>
            <w:r>
              <w:t xml:space="preserve"> </w:t>
            </w:r>
            <w:proofErr w:type="spellStart"/>
            <w:r>
              <w:t>NovoTouch</w:t>
            </w:r>
            <w:proofErr w:type="spellEnd"/>
            <w:r>
              <w:t xml:space="preserve"> BK75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C54F6" w14:textId="7A95EBD2" w:rsidR="00B25893" w:rsidRDefault="00B25893" w:rsidP="00B25893">
            <w:pPr>
              <w:spacing w:line="240" w:lineRule="auto"/>
            </w:pPr>
            <w:r>
              <w:t>1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50A3" w14:textId="7C571E23" w:rsidR="00B25893" w:rsidRDefault="00B25893" w:rsidP="00B25893">
            <w:pPr>
              <w:spacing w:line="240" w:lineRule="auto"/>
            </w:pPr>
            <w:r>
              <w:t>2207,85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64CF0" w14:textId="09DE24F8" w:rsidR="00B25893" w:rsidRDefault="00B25893" w:rsidP="00B25893">
            <w:pPr>
              <w:spacing w:line="240" w:lineRule="auto"/>
            </w:pPr>
            <w:r>
              <w:t>23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9380" w14:textId="78F0245B" w:rsidR="00B25893" w:rsidRDefault="00B25893" w:rsidP="00B25893">
            <w:pPr>
              <w:spacing w:line="240" w:lineRule="auto"/>
            </w:pPr>
            <w:r>
              <w:t>2207,85</w:t>
            </w:r>
          </w:p>
        </w:tc>
      </w:tr>
      <w:tr w:rsidR="00B25893" w14:paraId="1CAFDF8B" w14:textId="77777777" w:rsidTr="00B2589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8C98" w14:textId="16263A52" w:rsidR="00B25893" w:rsidRDefault="00B25893" w:rsidP="00B25893">
            <w:pPr>
              <w:spacing w:line="240" w:lineRule="auto"/>
            </w:pPr>
            <w:r>
              <w:t>9</w:t>
            </w:r>
          </w:p>
        </w:tc>
        <w:tc>
          <w:tcPr>
            <w:tcW w:w="6368" w:type="dxa"/>
            <w:tcBorders>
              <w:top w:val="single" w:sz="4" w:space="0" w:color="auto"/>
              <w:bottom w:val="single" w:sz="4" w:space="0" w:color="auto"/>
            </w:tcBorders>
          </w:tcPr>
          <w:p w14:paraId="1035C3A3" w14:textId="3BCBC50D" w:rsidR="00B25893" w:rsidRDefault="00B25893" w:rsidP="00B25893">
            <w:pPr>
              <w:spacing w:line="240" w:lineRule="auto"/>
            </w:pPr>
            <w:proofErr w:type="spellStart"/>
            <w:r>
              <w:t>Obnoviteľná</w:t>
            </w:r>
            <w:proofErr w:type="spellEnd"/>
            <w:r>
              <w:t xml:space="preserve"> </w:t>
            </w:r>
            <w:proofErr w:type="spellStart"/>
            <w:r>
              <w:t>energia</w:t>
            </w:r>
            <w:proofErr w:type="spellEnd"/>
            <w:r>
              <w:t xml:space="preserve"> - </w:t>
            </w:r>
            <w:proofErr w:type="spellStart"/>
            <w:r>
              <w:t>sada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93C4" w14:textId="579F2AB2" w:rsidR="00B25893" w:rsidRDefault="00B25893" w:rsidP="00B25893">
            <w:pPr>
              <w:spacing w:line="240" w:lineRule="auto"/>
            </w:pPr>
            <w:r>
              <w:t>1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E72F0" w14:textId="28B20592" w:rsidR="00B25893" w:rsidRDefault="00B25893" w:rsidP="00B25893">
            <w:pPr>
              <w:spacing w:line="240" w:lineRule="auto"/>
            </w:pPr>
            <w:r>
              <w:t>367,77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2585" w14:textId="7D0C96BA" w:rsidR="00B25893" w:rsidRDefault="00B25893" w:rsidP="00B25893">
            <w:pPr>
              <w:spacing w:line="240" w:lineRule="auto"/>
            </w:pPr>
            <w:r>
              <w:t>23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ACB7" w14:textId="3A4C6F02" w:rsidR="00B25893" w:rsidRDefault="00B25893" w:rsidP="00B25893">
            <w:pPr>
              <w:spacing w:line="240" w:lineRule="auto"/>
            </w:pPr>
            <w:r>
              <w:t>367,77</w:t>
            </w:r>
          </w:p>
        </w:tc>
      </w:tr>
      <w:tr w:rsidR="00B25893" w14:paraId="5E913F25" w14:textId="77777777" w:rsidTr="00B2589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FA307" w14:textId="0A832168" w:rsidR="00B25893" w:rsidRDefault="00B25893" w:rsidP="00B25893">
            <w:pPr>
              <w:spacing w:line="240" w:lineRule="auto"/>
            </w:pPr>
            <w:r>
              <w:t>10</w:t>
            </w:r>
          </w:p>
        </w:tc>
        <w:tc>
          <w:tcPr>
            <w:tcW w:w="6368" w:type="dxa"/>
            <w:tcBorders>
              <w:top w:val="single" w:sz="4" w:space="0" w:color="auto"/>
              <w:bottom w:val="single" w:sz="4" w:space="0" w:color="auto"/>
            </w:tcBorders>
          </w:tcPr>
          <w:p w14:paraId="62745444" w14:textId="01BD9677" w:rsidR="00B25893" w:rsidRDefault="00B25893" w:rsidP="00B25893">
            <w:pPr>
              <w:spacing w:line="240" w:lineRule="auto"/>
            </w:pPr>
            <w:r>
              <w:t xml:space="preserve">Model </w:t>
            </w:r>
            <w:proofErr w:type="spellStart"/>
            <w:r>
              <w:t>čističky</w:t>
            </w:r>
            <w:proofErr w:type="spellEnd"/>
            <w:r>
              <w:t xml:space="preserve"> </w:t>
            </w:r>
            <w:proofErr w:type="spellStart"/>
            <w:r>
              <w:t>odpadových</w:t>
            </w:r>
            <w:proofErr w:type="spellEnd"/>
            <w:r>
              <w:t xml:space="preserve"> </w:t>
            </w:r>
            <w:proofErr w:type="spellStart"/>
            <w:r>
              <w:t>vôd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FA9E" w14:textId="799EF6F0" w:rsidR="00B25893" w:rsidRDefault="00B25893" w:rsidP="00B25893">
            <w:pPr>
              <w:spacing w:line="240" w:lineRule="auto"/>
            </w:pPr>
            <w:r>
              <w:t>1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4648" w14:textId="6B052236" w:rsidR="00B25893" w:rsidRDefault="00B25893" w:rsidP="00B25893">
            <w:pPr>
              <w:spacing w:line="240" w:lineRule="auto"/>
            </w:pPr>
            <w:r>
              <w:t>226,32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0B8C" w14:textId="6E5E3F6F" w:rsidR="00B25893" w:rsidRDefault="00B25893" w:rsidP="00B25893">
            <w:pPr>
              <w:spacing w:line="240" w:lineRule="auto"/>
            </w:pPr>
            <w:r>
              <w:t>23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3DC25" w14:textId="411F6585" w:rsidR="00B25893" w:rsidRDefault="00B25893" w:rsidP="00B25893">
            <w:pPr>
              <w:spacing w:line="240" w:lineRule="auto"/>
            </w:pPr>
            <w:r>
              <w:t>226,32</w:t>
            </w:r>
          </w:p>
        </w:tc>
      </w:tr>
      <w:tr w:rsidR="00B25893" w14:paraId="7986B7D5" w14:textId="77777777" w:rsidTr="00B2589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6821" w14:textId="56658512" w:rsidR="00B25893" w:rsidRDefault="00B25893" w:rsidP="00B25893">
            <w:pPr>
              <w:spacing w:line="240" w:lineRule="auto"/>
            </w:pPr>
            <w:r>
              <w:t>11</w:t>
            </w:r>
          </w:p>
        </w:tc>
        <w:tc>
          <w:tcPr>
            <w:tcW w:w="6368" w:type="dxa"/>
            <w:tcBorders>
              <w:top w:val="single" w:sz="4" w:space="0" w:color="auto"/>
              <w:bottom w:val="single" w:sz="4" w:space="0" w:color="auto"/>
            </w:tcBorders>
          </w:tcPr>
          <w:p w14:paraId="39B23808" w14:textId="67ACB77E" w:rsidR="00B25893" w:rsidRDefault="00B25893" w:rsidP="00B25893">
            <w:pPr>
              <w:spacing w:line="240" w:lineRule="auto"/>
            </w:pPr>
            <w:r>
              <w:t xml:space="preserve">Nádoba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zber</w:t>
            </w:r>
            <w:proofErr w:type="spellEnd"/>
            <w:r>
              <w:t xml:space="preserve"> </w:t>
            </w:r>
            <w:proofErr w:type="spellStart"/>
            <w:r>
              <w:t>dažďovej</w:t>
            </w:r>
            <w:proofErr w:type="spellEnd"/>
            <w:r>
              <w:t xml:space="preserve"> </w:t>
            </w:r>
            <w:proofErr w:type="spellStart"/>
            <w:r>
              <w:t>vody</w:t>
            </w:r>
            <w:proofErr w:type="spellEnd"/>
            <w:r>
              <w:t xml:space="preserve"> s </w:t>
            </w:r>
            <w:proofErr w:type="spellStart"/>
            <w:r>
              <w:t>filtrom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76CDE" w14:textId="23D190F1" w:rsidR="00B25893" w:rsidRDefault="00B25893" w:rsidP="00B25893">
            <w:pPr>
              <w:spacing w:line="240" w:lineRule="auto"/>
            </w:pPr>
            <w:r>
              <w:t>2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40EF" w14:textId="3202EF41" w:rsidR="00B25893" w:rsidRDefault="00B25893" w:rsidP="00B25893">
            <w:pPr>
              <w:spacing w:line="240" w:lineRule="auto"/>
            </w:pPr>
            <w:r>
              <w:t>250,00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0B2F" w14:textId="1396B5DE" w:rsidR="00B25893" w:rsidRDefault="00B25893" w:rsidP="00B25893">
            <w:pPr>
              <w:spacing w:line="240" w:lineRule="auto"/>
            </w:pPr>
            <w:r>
              <w:t>23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602D0" w14:textId="26A8D57D" w:rsidR="00B25893" w:rsidRDefault="00B25893" w:rsidP="00B25893">
            <w:pPr>
              <w:spacing w:line="240" w:lineRule="auto"/>
            </w:pPr>
            <w:r>
              <w:t>500,00</w:t>
            </w:r>
          </w:p>
        </w:tc>
      </w:tr>
      <w:tr w:rsidR="00B25893" w14:paraId="6F8522C6" w14:textId="77777777" w:rsidTr="00B2589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75127" w14:textId="7DA69D7C" w:rsidR="00B25893" w:rsidRPr="007B0021" w:rsidRDefault="00B25893" w:rsidP="00B25893">
            <w:pPr>
              <w:spacing w:line="240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Spolu</w:t>
            </w:r>
            <w:proofErr w:type="spellEnd"/>
            <w:r>
              <w:rPr>
                <w:b/>
                <w:bCs/>
              </w:rPr>
              <w:t xml:space="preserve"> s DPD (EUR)</w:t>
            </w:r>
          </w:p>
        </w:tc>
        <w:tc>
          <w:tcPr>
            <w:tcW w:w="96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7469" w14:textId="77777777" w:rsidR="00B25893" w:rsidRDefault="00B25893" w:rsidP="00B25893">
            <w:pPr>
              <w:spacing w:line="240" w:lineRule="auto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B387" w14:textId="0D8CA8CF" w:rsidR="00B25893" w:rsidRDefault="00B25893" w:rsidP="00B25893">
            <w:pPr>
              <w:spacing w:line="240" w:lineRule="auto"/>
            </w:pPr>
            <w:r>
              <w:t>10219.46</w:t>
            </w:r>
          </w:p>
        </w:tc>
      </w:tr>
      <w:tr w:rsidR="00B25893" w14:paraId="45AD9A6B" w14:textId="77777777" w:rsidTr="00B25893">
        <w:tc>
          <w:tcPr>
            <w:tcW w:w="2268" w:type="dxa"/>
            <w:tcBorders>
              <w:top w:val="single" w:sz="4" w:space="0" w:color="auto"/>
            </w:tcBorders>
          </w:tcPr>
          <w:p w14:paraId="1858CA61" w14:textId="77777777" w:rsidR="00B25893" w:rsidRDefault="00B25893"/>
        </w:tc>
        <w:tc>
          <w:tcPr>
            <w:tcW w:w="6368" w:type="dxa"/>
            <w:tcBorders>
              <w:top w:val="single" w:sz="4" w:space="0" w:color="auto"/>
            </w:tcBorders>
          </w:tcPr>
          <w:p w14:paraId="254D5CB2" w14:textId="77777777" w:rsidR="00B25893" w:rsidRDefault="00B25893"/>
        </w:tc>
        <w:tc>
          <w:tcPr>
            <w:tcW w:w="1096" w:type="dxa"/>
            <w:tcBorders>
              <w:top w:val="single" w:sz="4" w:space="0" w:color="auto"/>
            </w:tcBorders>
          </w:tcPr>
          <w:p w14:paraId="2158A5C2" w14:textId="21BE86FD" w:rsidR="00B25893" w:rsidRDefault="00B25893"/>
        </w:tc>
        <w:tc>
          <w:tcPr>
            <w:tcW w:w="1377" w:type="dxa"/>
            <w:tcBorders>
              <w:top w:val="single" w:sz="4" w:space="0" w:color="auto"/>
            </w:tcBorders>
          </w:tcPr>
          <w:p w14:paraId="60DBD7FE" w14:textId="77777777" w:rsidR="00B25893" w:rsidRDefault="00B25893"/>
        </w:tc>
        <w:tc>
          <w:tcPr>
            <w:tcW w:w="830" w:type="dxa"/>
            <w:tcBorders>
              <w:top w:val="single" w:sz="4" w:space="0" w:color="auto"/>
            </w:tcBorders>
          </w:tcPr>
          <w:p w14:paraId="6CFA2747" w14:textId="77777777" w:rsidR="00B25893" w:rsidRDefault="00B25893"/>
        </w:tc>
        <w:tc>
          <w:tcPr>
            <w:tcW w:w="1669" w:type="dxa"/>
            <w:tcBorders>
              <w:top w:val="single" w:sz="4" w:space="0" w:color="auto"/>
            </w:tcBorders>
          </w:tcPr>
          <w:p w14:paraId="3DE9995F" w14:textId="77777777" w:rsidR="00B25893" w:rsidRDefault="00B25893"/>
        </w:tc>
      </w:tr>
      <w:tr w:rsidR="00B25893" w14:paraId="33A2C7F8" w14:textId="77777777" w:rsidTr="00B25893">
        <w:tc>
          <w:tcPr>
            <w:tcW w:w="2268" w:type="dxa"/>
          </w:tcPr>
          <w:p w14:paraId="3009CA99" w14:textId="54DE9DC9" w:rsidR="00B25893" w:rsidRDefault="00B25893"/>
        </w:tc>
        <w:tc>
          <w:tcPr>
            <w:tcW w:w="6368" w:type="dxa"/>
          </w:tcPr>
          <w:p w14:paraId="5F936159" w14:textId="77777777" w:rsidR="00B25893" w:rsidRDefault="00B25893"/>
        </w:tc>
        <w:tc>
          <w:tcPr>
            <w:tcW w:w="1096" w:type="dxa"/>
          </w:tcPr>
          <w:p w14:paraId="02AE0D41" w14:textId="23E9E8C4" w:rsidR="00B25893" w:rsidRDefault="00B25893"/>
        </w:tc>
        <w:tc>
          <w:tcPr>
            <w:tcW w:w="1377" w:type="dxa"/>
          </w:tcPr>
          <w:p w14:paraId="6A3F1688" w14:textId="77777777" w:rsidR="00B25893" w:rsidRDefault="00B25893"/>
        </w:tc>
        <w:tc>
          <w:tcPr>
            <w:tcW w:w="830" w:type="dxa"/>
          </w:tcPr>
          <w:p w14:paraId="115047C9" w14:textId="77777777" w:rsidR="00B25893" w:rsidRDefault="00B25893"/>
        </w:tc>
        <w:tc>
          <w:tcPr>
            <w:tcW w:w="1669" w:type="dxa"/>
          </w:tcPr>
          <w:p w14:paraId="3AAA559A" w14:textId="77777777" w:rsidR="00B25893" w:rsidRDefault="00B25893"/>
        </w:tc>
      </w:tr>
      <w:tr w:rsidR="00B25893" w14:paraId="57C3B93B" w14:textId="77777777" w:rsidTr="00B25893">
        <w:tc>
          <w:tcPr>
            <w:tcW w:w="2268" w:type="dxa"/>
          </w:tcPr>
          <w:p w14:paraId="06DE3277" w14:textId="556FE98B" w:rsidR="00B25893" w:rsidRDefault="00B25893"/>
        </w:tc>
        <w:tc>
          <w:tcPr>
            <w:tcW w:w="6368" w:type="dxa"/>
          </w:tcPr>
          <w:p w14:paraId="0EC605C3" w14:textId="77777777" w:rsidR="00B25893" w:rsidRDefault="00B25893"/>
        </w:tc>
        <w:tc>
          <w:tcPr>
            <w:tcW w:w="1096" w:type="dxa"/>
          </w:tcPr>
          <w:p w14:paraId="1542A9A5" w14:textId="340A6B60" w:rsidR="00B25893" w:rsidRDefault="00B25893"/>
        </w:tc>
        <w:tc>
          <w:tcPr>
            <w:tcW w:w="1377" w:type="dxa"/>
          </w:tcPr>
          <w:p w14:paraId="3972CB13" w14:textId="77777777" w:rsidR="00B25893" w:rsidRDefault="00B25893"/>
        </w:tc>
        <w:tc>
          <w:tcPr>
            <w:tcW w:w="830" w:type="dxa"/>
          </w:tcPr>
          <w:p w14:paraId="03E57139" w14:textId="77777777" w:rsidR="00B25893" w:rsidRDefault="00B25893"/>
        </w:tc>
        <w:tc>
          <w:tcPr>
            <w:tcW w:w="1669" w:type="dxa"/>
          </w:tcPr>
          <w:p w14:paraId="3B08B2E4" w14:textId="77777777" w:rsidR="00B25893" w:rsidRDefault="00B25893"/>
        </w:tc>
      </w:tr>
      <w:tr w:rsidR="00B25893" w14:paraId="15197777" w14:textId="77777777" w:rsidTr="00B25893">
        <w:tc>
          <w:tcPr>
            <w:tcW w:w="2268" w:type="dxa"/>
          </w:tcPr>
          <w:p w14:paraId="0AA5F590" w14:textId="77777777" w:rsidR="00B25893" w:rsidRDefault="00B25893"/>
        </w:tc>
        <w:tc>
          <w:tcPr>
            <w:tcW w:w="6368" w:type="dxa"/>
          </w:tcPr>
          <w:p w14:paraId="3BC83898" w14:textId="77777777" w:rsidR="00B25893" w:rsidRDefault="00B25893"/>
        </w:tc>
        <w:tc>
          <w:tcPr>
            <w:tcW w:w="1096" w:type="dxa"/>
          </w:tcPr>
          <w:p w14:paraId="1BCA42B9" w14:textId="5DD7D30B" w:rsidR="00B25893" w:rsidRDefault="00B25893"/>
        </w:tc>
        <w:tc>
          <w:tcPr>
            <w:tcW w:w="1377" w:type="dxa"/>
          </w:tcPr>
          <w:p w14:paraId="396E6988" w14:textId="77777777" w:rsidR="00B25893" w:rsidRDefault="00B25893"/>
        </w:tc>
        <w:tc>
          <w:tcPr>
            <w:tcW w:w="830" w:type="dxa"/>
          </w:tcPr>
          <w:p w14:paraId="5BD35455" w14:textId="77777777" w:rsidR="00B25893" w:rsidRDefault="00B25893"/>
        </w:tc>
        <w:tc>
          <w:tcPr>
            <w:tcW w:w="1669" w:type="dxa"/>
          </w:tcPr>
          <w:p w14:paraId="00068498" w14:textId="77777777" w:rsidR="00B25893" w:rsidRDefault="00B25893"/>
        </w:tc>
      </w:tr>
      <w:tr w:rsidR="00B25893" w14:paraId="20EA98EA" w14:textId="77777777" w:rsidTr="00B25893">
        <w:tc>
          <w:tcPr>
            <w:tcW w:w="2268" w:type="dxa"/>
          </w:tcPr>
          <w:p w14:paraId="0D08C536" w14:textId="4369B8A9" w:rsidR="00B25893" w:rsidRDefault="00B25893"/>
        </w:tc>
        <w:tc>
          <w:tcPr>
            <w:tcW w:w="6368" w:type="dxa"/>
          </w:tcPr>
          <w:p w14:paraId="498110FC" w14:textId="77777777" w:rsidR="00B25893" w:rsidRDefault="00B25893"/>
        </w:tc>
        <w:tc>
          <w:tcPr>
            <w:tcW w:w="1096" w:type="dxa"/>
          </w:tcPr>
          <w:p w14:paraId="2482537F" w14:textId="0B2FF2C4" w:rsidR="00B25893" w:rsidRDefault="00B25893"/>
        </w:tc>
        <w:tc>
          <w:tcPr>
            <w:tcW w:w="1377" w:type="dxa"/>
          </w:tcPr>
          <w:p w14:paraId="36C9FD3B" w14:textId="77777777" w:rsidR="00B25893" w:rsidRDefault="00B25893"/>
        </w:tc>
        <w:tc>
          <w:tcPr>
            <w:tcW w:w="830" w:type="dxa"/>
          </w:tcPr>
          <w:p w14:paraId="7E049CBE" w14:textId="77777777" w:rsidR="00B25893" w:rsidRDefault="00B25893"/>
        </w:tc>
        <w:tc>
          <w:tcPr>
            <w:tcW w:w="1669" w:type="dxa"/>
          </w:tcPr>
          <w:p w14:paraId="41562588" w14:textId="77777777" w:rsidR="00B25893" w:rsidRDefault="00B25893"/>
        </w:tc>
      </w:tr>
      <w:tr w:rsidR="00B25893" w14:paraId="183DA835" w14:textId="77777777" w:rsidTr="00B25893">
        <w:tc>
          <w:tcPr>
            <w:tcW w:w="2268" w:type="dxa"/>
          </w:tcPr>
          <w:p w14:paraId="62F91FEC" w14:textId="77777777" w:rsidR="00B25893" w:rsidRDefault="00B25893"/>
        </w:tc>
        <w:tc>
          <w:tcPr>
            <w:tcW w:w="6368" w:type="dxa"/>
          </w:tcPr>
          <w:p w14:paraId="6F037FDC" w14:textId="77777777" w:rsidR="00B25893" w:rsidRDefault="00B25893"/>
        </w:tc>
        <w:tc>
          <w:tcPr>
            <w:tcW w:w="1096" w:type="dxa"/>
          </w:tcPr>
          <w:p w14:paraId="0A4A958D" w14:textId="77756DD5" w:rsidR="00B25893" w:rsidRDefault="00B25893"/>
        </w:tc>
        <w:tc>
          <w:tcPr>
            <w:tcW w:w="1377" w:type="dxa"/>
          </w:tcPr>
          <w:p w14:paraId="6A57FC84" w14:textId="77777777" w:rsidR="00B25893" w:rsidRDefault="00B25893"/>
        </w:tc>
        <w:tc>
          <w:tcPr>
            <w:tcW w:w="830" w:type="dxa"/>
          </w:tcPr>
          <w:p w14:paraId="4C7F39EE" w14:textId="77777777" w:rsidR="00B25893" w:rsidRDefault="00B25893"/>
        </w:tc>
        <w:tc>
          <w:tcPr>
            <w:tcW w:w="1669" w:type="dxa"/>
          </w:tcPr>
          <w:p w14:paraId="090B796B" w14:textId="77777777" w:rsidR="00B25893" w:rsidRDefault="00B25893"/>
        </w:tc>
      </w:tr>
      <w:tr w:rsidR="00B25893" w14:paraId="1A6790CD" w14:textId="77777777" w:rsidTr="00B25893">
        <w:tc>
          <w:tcPr>
            <w:tcW w:w="2268" w:type="dxa"/>
          </w:tcPr>
          <w:p w14:paraId="106AC4C9" w14:textId="77777777" w:rsidR="00B25893" w:rsidRDefault="00B25893"/>
        </w:tc>
        <w:tc>
          <w:tcPr>
            <w:tcW w:w="6368" w:type="dxa"/>
          </w:tcPr>
          <w:p w14:paraId="495097D3" w14:textId="77777777" w:rsidR="00B25893" w:rsidRDefault="00B25893"/>
        </w:tc>
        <w:tc>
          <w:tcPr>
            <w:tcW w:w="1096" w:type="dxa"/>
          </w:tcPr>
          <w:p w14:paraId="6B0C0A17" w14:textId="744D01F2" w:rsidR="00B25893" w:rsidRDefault="00B25893"/>
        </w:tc>
        <w:tc>
          <w:tcPr>
            <w:tcW w:w="1377" w:type="dxa"/>
          </w:tcPr>
          <w:p w14:paraId="47EC019A" w14:textId="77777777" w:rsidR="00B25893" w:rsidRDefault="00B25893"/>
        </w:tc>
        <w:tc>
          <w:tcPr>
            <w:tcW w:w="830" w:type="dxa"/>
          </w:tcPr>
          <w:p w14:paraId="4406447E" w14:textId="77777777" w:rsidR="00B25893" w:rsidRDefault="00B25893"/>
        </w:tc>
        <w:tc>
          <w:tcPr>
            <w:tcW w:w="1669" w:type="dxa"/>
          </w:tcPr>
          <w:p w14:paraId="0F5A687F" w14:textId="77777777" w:rsidR="00B25893" w:rsidRDefault="00B25893"/>
        </w:tc>
      </w:tr>
      <w:tr w:rsidR="00B25893" w14:paraId="64A6DE86" w14:textId="77777777" w:rsidTr="00B25893">
        <w:tc>
          <w:tcPr>
            <w:tcW w:w="2268" w:type="dxa"/>
          </w:tcPr>
          <w:p w14:paraId="122AD8F3" w14:textId="77777777" w:rsidR="00B25893" w:rsidRDefault="00B25893"/>
        </w:tc>
        <w:tc>
          <w:tcPr>
            <w:tcW w:w="6368" w:type="dxa"/>
          </w:tcPr>
          <w:p w14:paraId="4E5FC8DB" w14:textId="77777777" w:rsidR="00B25893" w:rsidRDefault="00B25893"/>
        </w:tc>
        <w:tc>
          <w:tcPr>
            <w:tcW w:w="1096" w:type="dxa"/>
          </w:tcPr>
          <w:p w14:paraId="10D198E7" w14:textId="33DD5DAF" w:rsidR="00B25893" w:rsidRDefault="00B25893"/>
        </w:tc>
        <w:tc>
          <w:tcPr>
            <w:tcW w:w="1377" w:type="dxa"/>
          </w:tcPr>
          <w:p w14:paraId="53E3995A" w14:textId="77777777" w:rsidR="00B25893" w:rsidRDefault="00B25893"/>
        </w:tc>
        <w:tc>
          <w:tcPr>
            <w:tcW w:w="830" w:type="dxa"/>
          </w:tcPr>
          <w:p w14:paraId="5D7EFDD1" w14:textId="77777777" w:rsidR="00B25893" w:rsidRDefault="00B25893"/>
        </w:tc>
        <w:tc>
          <w:tcPr>
            <w:tcW w:w="1669" w:type="dxa"/>
          </w:tcPr>
          <w:p w14:paraId="04524ED4" w14:textId="77777777" w:rsidR="00B25893" w:rsidRDefault="00B25893"/>
        </w:tc>
      </w:tr>
      <w:tr w:rsidR="00B25893" w14:paraId="31A1EDB7" w14:textId="77777777" w:rsidTr="00B25893">
        <w:tc>
          <w:tcPr>
            <w:tcW w:w="2268" w:type="dxa"/>
          </w:tcPr>
          <w:p w14:paraId="70B3ADC4" w14:textId="77777777" w:rsidR="00B25893" w:rsidRDefault="00B25893"/>
        </w:tc>
        <w:tc>
          <w:tcPr>
            <w:tcW w:w="6368" w:type="dxa"/>
          </w:tcPr>
          <w:p w14:paraId="3C1EE8A3" w14:textId="77777777" w:rsidR="00B25893" w:rsidRDefault="00B25893"/>
        </w:tc>
        <w:tc>
          <w:tcPr>
            <w:tcW w:w="1096" w:type="dxa"/>
          </w:tcPr>
          <w:p w14:paraId="381E3868" w14:textId="4BA961EF" w:rsidR="00B25893" w:rsidRDefault="00B25893"/>
        </w:tc>
        <w:tc>
          <w:tcPr>
            <w:tcW w:w="1377" w:type="dxa"/>
          </w:tcPr>
          <w:p w14:paraId="7A66BF86" w14:textId="77777777" w:rsidR="00B25893" w:rsidRDefault="00B25893"/>
        </w:tc>
        <w:tc>
          <w:tcPr>
            <w:tcW w:w="830" w:type="dxa"/>
          </w:tcPr>
          <w:p w14:paraId="52CE7E66" w14:textId="77777777" w:rsidR="00B25893" w:rsidRDefault="00B25893"/>
        </w:tc>
        <w:tc>
          <w:tcPr>
            <w:tcW w:w="1669" w:type="dxa"/>
          </w:tcPr>
          <w:p w14:paraId="24A03870" w14:textId="77777777" w:rsidR="00B25893" w:rsidRDefault="00B25893"/>
        </w:tc>
      </w:tr>
      <w:tr w:rsidR="00B25893" w14:paraId="7C327BA3" w14:textId="77777777" w:rsidTr="00B25893">
        <w:tc>
          <w:tcPr>
            <w:tcW w:w="2268" w:type="dxa"/>
          </w:tcPr>
          <w:p w14:paraId="2C2954D5" w14:textId="77777777" w:rsidR="00B25893" w:rsidRDefault="00B25893"/>
        </w:tc>
        <w:tc>
          <w:tcPr>
            <w:tcW w:w="6368" w:type="dxa"/>
          </w:tcPr>
          <w:p w14:paraId="1E8A53EE" w14:textId="77777777" w:rsidR="00B25893" w:rsidRDefault="00B25893"/>
        </w:tc>
        <w:tc>
          <w:tcPr>
            <w:tcW w:w="1096" w:type="dxa"/>
          </w:tcPr>
          <w:p w14:paraId="48A83091" w14:textId="08CF94C1" w:rsidR="00B25893" w:rsidRDefault="00B25893"/>
        </w:tc>
        <w:tc>
          <w:tcPr>
            <w:tcW w:w="1377" w:type="dxa"/>
          </w:tcPr>
          <w:p w14:paraId="775C0590" w14:textId="77777777" w:rsidR="00B25893" w:rsidRDefault="00B25893"/>
        </w:tc>
        <w:tc>
          <w:tcPr>
            <w:tcW w:w="830" w:type="dxa"/>
          </w:tcPr>
          <w:p w14:paraId="204E4BD1" w14:textId="77777777" w:rsidR="00B25893" w:rsidRDefault="00B25893"/>
        </w:tc>
        <w:tc>
          <w:tcPr>
            <w:tcW w:w="1669" w:type="dxa"/>
          </w:tcPr>
          <w:p w14:paraId="2790E1C8" w14:textId="77777777" w:rsidR="00B25893" w:rsidRDefault="00B25893"/>
        </w:tc>
      </w:tr>
      <w:tr w:rsidR="00B25893" w14:paraId="39FC0B07" w14:textId="77777777" w:rsidTr="00B25893">
        <w:tc>
          <w:tcPr>
            <w:tcW w:w="2268" w:type="dxa"/>
          </w:tcPr>
          <w:p w14:paraId="37BE0F15" w14:textId="77777777" w:rsidR="00B25893" w:rsidRDefault="00B25893"/>
        </w:tc>
        <w:tc>
          <w:tcPr>
            <w:tcW w:w="6368" w:type="dxa"/>
          </w:tcPr>
          <w:p w14:paraId="352FC649" w14:textId="77777777" w:rsidR="00B25893" w:rsidRDefault="00B25893"/>
        </w:tc>
        <w:tc>
          <w:tcPr>
            <w:tcW w:w="1096" w:type="dxa"/>
          </w:tcPr>
          <w:p w14:paraId="11555DA4" w14:textId="3BC2A48F" w:rsidR="00B25893" w:rsidRDefault="00B25893"/>
        </w:tc>
        <w:tc>
          <w:tcPr>
            <w:tcW w:w="1377" w:type="dxa"/>
          </w:tcPr>
          <w:p w14:paraId="12F61B39" w14:textId="77777777" w:rsidR="00B25893" w:rsidRDefault="00B25893"/>
        </w:tc>
        <w:tc>
          <w:tcPr>
            <w:tcW w:w="830" w:type="dxa"/>
          </w:tcPr>
          <w:p w14:paraId="067F077E" w14:textId="77777777" w:rsidR="00B25893" w:rsidRDefault="00B25893"/>
        </w:tc>
        <w:tc>
          <w:tcPr>
            <w:tcW w:w="1669" w:type="dxa"/>
          </w:tcPr>
          <w:p w14:paraId="500A661B" w14:textId="77777777" w:rsidR="00B25893" w:rsidRDefault="00B25893"/>
        </w:tc>
      </w:tr>
      <w:tr w:rsidR="00B25893" w14:paraId="7E4D70F2" w14:textId="77777777" w:rsidTr="00B25893">
        <w:tc>
          <w:tcPr>
            <w:tcW w:w="2268" w:type="dxa"/>
          </w:tcPr>
          <w:p w14:paraId="153FD0A1" w14:textId="77777777" w:rsidR="00B25893" w:rsidRDefault="00B25893"/>
        </w:tc>
        <w:tc>
          <w:tcPr>
            <w:tcW w:w="6368" w:type="dxa"/>
          </w:tcPr>
          <w:p w14:paraId="3A7189DB" w14:textId="77777777" w:rsidR="00B25893" w:rsidRDefault="00B25893"/>
        </w:tc>
        <w:tc>
          <w:tcPr>
            <w:tcW w:w="1096" w:type="dxa"/>
          </w:tcPr>
          <w:p w14:paraId="4C337619" w14:textId="04D6AB2D" w:rsidR="00B25893" w:rsidRDefault="00B25893"/>
        </w:tc>
        <w:tc>
          <w:tcPr>
            <w:tcW w:w="1377" w:type="dxa"/>
          </w:tcPr>
          <w:p w14:paraId="6D466D1A" w14:textId="77777777" w:rsidR="00B25893" w:rsidRDefault="00B25893"/>
        </w:tc>
        <w:tc>
          <w:tcPr>
            <w:tcW w:w="830" w:type="dxa"/>
          </w:tcPr>
          <w:p w14:paraId="41D47E59" w14:textId="77777777" w:rsidR="00B25893" w:rsidRDefault="00B25893"/>
        </w:tc>
        <w:tc>
          <w:tcPr>
            <w:tcW w:w="1669" w:type="dxa"/>
          </w:tcPr>
          <w:p w14:paraId="2E2C8DEC" w14:textId="77777777" w:rsidR="00B25893" w:rsidRDefault="00B25893"/>
        </w:tc>
      </w:tr>
    </w:tbl>
    <w:p w14:paraId="7BF2E86D" w14:textId="77777777" w:rsidR="00B25893" w:rsidRDefault="00B25893"/>
    <w:sectPr w:rsidR="00000000" w:rsidSect="00034616">
      <w:pgSz w:w="15840" w:h="12240" w:orient="landscape"/>
      <w:pgMar w:top="144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FA820" w14:textId="77777777" w:rsidR="00A626C1" w:rsidRDefault="00A626C1" w:rsidP="00A626C1">
      <w:pPr>
        <w:spacing w:after="0" w:line="240" w:lineRule="auto"/>
      </w:pPr>
      <w:r>
        <w:separator/>
      </w:r>
    </w:p>
  </w:endnote>
  <w:endnote w:type="continuationSeparator" w:id="0">
    <w:p w14:paraId="3F0D9FC1" w14:textId="77777777" w:rsidR="00A626C1" w:rsidRDefault="00A626C1" w:rsidP="00A62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595F2" w14:textId="77777777" w:rsidR="00A626C1" w:rsidRDefault="00A626C1" w:rsidP="00A626C1">
      <w:pPr>
        <w:spacing w:after="0" w:line="240" w:lineRule="auto"/>
      </w:pPr>
      <w:r>
        <w:separator/>
      </w:r>
    </w:p>
  </w:footnote>
  <w:footnote w:type="continuationSeparator" w:id="0">
    <w:p w14:paraId="7BE10637" w14:textId="77777777" w:rsidR="00A626C1" w:rsidRDefault="00A626C1" w:rsidP="00A626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67638C1"/>
    <w:multiLevelType w:val="hybridMultilevel"/>
    <w:tmpl w:val="A30697F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9702324">
    <w:abstractNumId w:val="8"/>
  </w:num>
  <w:num w:numId="2" w16cid:durableId="1960455082">
    <w:abstractNumId w:val="6"/>
  </w:num>
  <w:num w:numId="3" w16cid:durableId="628557213">
    <w:abstractNumId w:val="5"/>
  </w:num>
  <w:num w:numId="4" w16cid:durableId="1118065469">
    <w:abstractNumId w:val="4"/>
  </w:num>
  <w:num w:numId="5" w16cid:durableId="91777381">
    <w:abstractNumId w:val="7"/>
  </w:num>
  <w:num w:numId="6" w16cid:durableId="478620962">
    <w:abstractNumId w:val="3"/>
  </w:num>
  <w:num w:numId="7" w16cid:durableId="369914436">
    <w:abstractNumId w:val="2"/>
  </w:num>
  <w:num w:numId="8" w16cid:durableId="929047750">
    <w:abstractNumId w:val="1"/>
  </w:num>
  <w:num w:numId="9" w16cid:durableId="952244462">
    <w:abstractNumId w:val="0"/>
  </w:num>
  <w:num w:numId="10" w16cid:durableId="1870330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B0021"/>
    <w:rsid w:val="009B61C1"/>
    <w:rsid w:val="00A626C1"/>
    <w:rsid w:val="00AA1D8D"/>
    <w:rsid w:val="00B25893"/>
    <w:rsid w:val="00B47730"/>
    <w:rsid w:val="00CB0664"/>
    <w:rsid w:val="00FC693F"/>
    <w:rsid w:val="00FD6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3529B8"/>
  <w14:defaultImageDpi w14:val="300"/>
  <w15:docId w15:val="{D015B29E-84D6-4196-9543-2FBE9FEF5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130</Words>
  <Characters>742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Kottmannová Marcela</cp:lastModifiedBy>
  <cp:revision>2</cp:revision>
  <dcterms:created xsi:type="dcterms:W3CDTF">2026-02-05T11:55:00Z</dcterms:created>
  <dcterms:modified xsi:type="dcterms:W3CDTF">2026-02-05T11:55:00Z</dcterms:modified>
  <cp:category/>
</cp:coreProperties>
</file>